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7C3AED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🎯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קלפי טריוויה עולמית – ז׳–י״ב, עולים וחנ״מ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כל הרמות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7C3AED"/>
          <w:sz w:val="36"/>
          <w:rtl w:val="1"/>
          <w:bCs/>
          <w:szCs w:val="36"/>
        </w:rPr>
        <w:t>🃏 חפיסת קלפים להדפסה ולגזירה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dzt">
        <w:r>
          <w:rPr>
            <w:rtl w:val="1"/>
            <w:u w:val="single"/>
            <w:color w:val="1E40AF"/>
          </w:rPr>
          <w:t xml:space="preserve">• 🎧 ז׳–ט׳</w:t>
        </w:r>
      </w:hyperlink>
    </w:p>
    <w:p>
      <w:pPr>
        <w:bidi w:val="1"/>
        <w:jc w:val="right"/>
      </w:pPr>
      <w:hyperlink w:anchor="dyb">
        <w:r>
          <w:rPr>
            <w:rtl w:val="1"/>
            <w:u w:val="single"/>
            <w:color w:val="1E40AF"/>
          </w:rPr>
          <w:t xml:space="preserve">• 🎓 י׳–י״ב</w:t>
        </w:r>
      </w:hyperlink>
    </w:p>
    <w:p>
      <w:pPr>
        <w:bidi w:val="1"/>
        <w:jc w:val="right"/>
      </w:pPr>
      <w:hyperlink w:anchor="dolim">
        <w:r>
          <w:rPr>
            <w:rtl w:val="1"/>
            <w:u w:val="single"/>
            <w:color w:val="1E40AF"/>
          </w:rPr>
          <w:t xml:space="preserve">• 🌍 עולים</w:t>
        </w:r>
      </w:hyperlink>
    </w:p>
    <w:p>
      <w:pPr>
        <w:bidi w:val="1"/>
        <w:jc w:val="right"/>
      </w:pPr>
      <w:hyperlink w:anchor="dchanam">
        <w:r>
          <w:rPr>
            <w:rtl w:val="1"/>
            <w:u w:val="single"/>
            <w:color w:val="1E40AF"/>
          </w:rPr>
          <w:t xml:space="preserve">• 🧩 חנ״מ</w:t>
        </w:r>
      </w:hyperlink>
    </w:p>
    <w:p>
      <w:pPr>
        <w:pStyle w:val="Heading1"/>
        <w:bidi w:val="1"/>
        <w:jc w:val="right"/>
      </w:pPr>
      <w:bookmarkStart w:id="58258" w:name="dtop"/>
      <w:r>
        <w:rPr>
          <w:rFonts w:ascii="Arial" w:hAnsi="Arial" w:cs="Arial"/>
          <w:b/>
          <w:color w:val="7C3AED"/>
          <w:sz w:val="40"/>
          <w:rtl w:val="1"/>
          <w:bCs/>
          <w:szCs w:val="40"/>
        </w:rPr>
        <w:t>🌍 קלפי טריוויה עולמית</w:t>
      </w:r>
      <w:bookmarkEnd w:id="58258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מדפיסים, גוזרים לאורך הקווים ומקפלים: השאלה בחזית, התשובה למטה (אפשר לקפל אותה לאחור). גרסה אינטראקטיבית: עמוד 'קלפים' באתר.</w:t>
      </w:r>
    </w:p>
    <w:p>
      <w:pPr>
        <w:pStyle w:val="Heading2"/>
        <w:bidi w:val="1"/>
        <w:jc w:val="right"/>
      </w:pPr>
      <w:bookmarkStart w:id="4839" w:name="dzt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🎧 ז׳–ט׳</w:t>
      </w:r>
      <w:bookmarkEnd w:id="4839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🌐 איזה קו דמיוני מחלק את כדור הארץ לחצי צפוני וחצי דרומי?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קו האורך הראשי  ב. קו התאריך  ג. קו המשווה  ד. חוג הסרטן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קו המשווה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⚡ מה הכי מהיר ביקום לפי הידע המדעי של היום?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רקטה  ב. הרוח  ג. האור  ד. הקול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האור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🧬 איך נקרא החומר בתאים שנושא את המידע התורשתי?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סידן  ב. כלורופיל  ג. המוגלובין  ד. דנ״א (DNA)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דנ״א (DNA)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🪐 מהו כוכב הלכת הגדול ביותר במערכת השמש?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כדור הארץ  ב. נפטון  ג. צדק  ד. שבתאי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צדק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🌡️ באיזו טמפרטורה רותחים מים בגובה פני הים?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50°C  ב. 212°C  ג. 100°C  ד. 0°C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100°C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🔺 באיזו מדינה עומדות הפירמידות של גיזה?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פרו  ב. מצרים  ג. יוון  ד. מקסיקו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מצרים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👢 איזו מדינה נראית במפה כמו מגף?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איטליה  ב. יוון  ג. צרפת  ד. ספרד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איטליה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🔥 איך נקרא האזור סביב האוקיינוס השקט שיש בו הרבה הרי געש ורעידות אדמה?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קשת הקרח  ב. מעגל הרוחות  ג. חגורת הסלעים  ד. טבעת האש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טבעת האש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🐝 איזה בעל חיים ״רוקד״ כדי להראות לחבריו איפה יש פרחים?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פרפר  ב. דבורה  ג. נמלה  ד. חיפושית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דבורה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🌑 מה קורה בליקוי ירח?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הירח מתרחק מאיתנו  ב. הירח מסתיר את השמש  ג. כדור הארץ מטיל צל על הירח  ד. ענן גדול מכסה את הירח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כדור הארץ מטיל צל על הירח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🗺️ מהי המדינה הגדולה בעולם בשטחה?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סין  ב. קנדה  ג. ברזיל  ד. רוסיה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רוסיה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22639" w:name="dyb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🎓 י׳–י״ב</w:t>
      </w:r>
      <w:bookmarkEnd w:id="22639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🌊 מהו המקום העמוק ביותר הידוע באוקיינוסים?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ים המלח  ב. מצר גיברלטר  ג. שקע מריאנה באוקיינוס השקט  ד. מפרץ ביסקאיה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שקע מריאנה באוקיינוס השקט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🌞 כמה זמן לוקח לאור השמש להגיע לכדור הארץ?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כיום  ב. כ־8 דקות  ג. כשנייה  ד. כשעה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כ־8 דקות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⚛️ מהו היסוד הנפוץ ביותר ביקום?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פחמן  ב. חמצן  ג. מימן  ד. ברזל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מימן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🌿 דרך איזו מדינה עובר רוב נהר האמזונס?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צ׳ילה  ב. מקסיקו  ג. ארגנטינה  ד. ברזיל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ברזיל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🦠 למה אנטיביוטיקה לא מרפאת שפעת?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כי שפעת נגרמת על ידי נגיף, לא חיידק  ב. כי שפעת היא מחלה של חורף  ג. כי שפעת נגרמת מפטרייה  ד. כי אנטיביוטיקה מתאימה רק לילדים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כי שפעת נגרמת על ידי נגיף, לא חיידק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🕐 לכמה אזורי זמן מחולק כדור הארץ באופן עקרוני – אחד לכל 15 מעלות אורך?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12  ב. 360  ג. 24  ד. 7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24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📅 מה קורה כשחוצים את קו התאריך הבין־לאומי?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עוברים מקיץ לחורף  ב. משתנה כיוון המצפן  ג. השעון זז בדקה  ד. התאריך משתנה ביום אחד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התאריך משתנה ביום אחד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🌲 איך נקרא אזור גדול עם אקלים, צמחייה ובעלי חיים אופייניים – כמו טונדרה או יער גשם?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מגמה  ב. ליתוספרה  ג. אטמוספרה  ד. ביום (חבל אקלים־צמחייה)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ביום (חבל אקלים־צמחייה)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🏯 לשם מה נבנתה בעיקר החומה הסינית?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ככביש מהיר  ב. להגנה מפני פלישות מהצפון  ג. להשקיית שדות  ד. כגבול ימי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להגנה מפני פלישות מהצפון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🌌 איך נקראת הגלקסיה שבה נמצאת מערכת השמש?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העגלה הגדולה  ב. שביל החלב  ג. ענני מגלן  ד. אנדרומדה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שביל החלב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🌡️ מהו ״אפקט החממה״?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החזרת אור הירח  ב. גידול ירקות בחממות  ג. כליאת חום באטמוספרה על ידי גזים כמו פחמן דו־חמצני  ד. קירור כדור הארץ בלילה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כליאת חום באטמוספרה על ידי גזים כמו פחמן דו־חמצני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79366" w:name="dolim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🌍 עולים</w:t>
      </w:r>
      <w:bookmarkEnd w:id="79366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🗺️ בְּאֵיזֶה צֶבַע מְסַמְּנִים יָם בַּמַּפָּה?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🔵 כָּחֹל  ב. 🟤 חוּם  ג. 🟢 יָרֹק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🔵 כָּחֹל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🌅 מֵאֵיפֹה הַשֶּׁמֶשׁ זוֹרַחַת?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⬆️ צָפוֹן  ב. ➡️ מִזְרָח  ג. ⬅️ מַעֲרָב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➡️ מִזְרָח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🐘 לְאֵיזוֹ חַיָּה יֵשׁ חֶדֶק?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🐒 קוֹף  ב. 🐘 פִּיל  ג. 🦓 זֶבְּרָה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🐘 פִּיל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🌧️ מָה יוֹרֵד מֵהָעֲנָנִים בַּחֹרֶף?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🏖️ חוֹל  ב. 💧 גֶּשֶׁם  ג. 🪨 אֲבָנִים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💧 גֶּשֶׁם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🗼 פָּרִיז הִיא עִיר הַבִּירָה שֶׁל...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🇨🇳 סִין  ב. 🇫🇷 צָרְפַת  ג. 🇧🇷 בְּרָזִיל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🇫🇷 צָרְפַת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🌙 מָה רוֹאִים בַּשָּׁמַיִם בַּלַּיְלָה?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🌈 קֶשֶׁת  ב. 🌙 יָרֵחַ וְכוֹכָבִים  ג. ☀️ שֶׁמֶשׁ חַמָּה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🌙 יָרֵחַ וְכוֹכָבִים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🧊 מַיִם קְפוּאִים הֵם...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🏖️ חוֹל  ב. 🔥 אֵשׁ  ג. 🧊 קֶרַח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🧊 קֶרַח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🌎 כַּמָּה יַבָּשׁוֹת יֵשׁ בָּעוֹלָם?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7️⃣ שֶׁבַע  ב. 2️⃣ שְׁתַּיִם  ג. 🔟 עֶשֶׂר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7️⃣ שֶׁבַע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🐪 אֵיפֹה חַי הַגָּמָל?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🌊 בַּיָּם  ב. 🏜️ בַּמִּדְבָּר  ג. ❄️ בַּקֶּרַח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🏜️ בַּמִּדְבָּר</w:t>
            </w:r>
          </w:p>
        </w:tc>
        <w:tc>
          <w:tcPr>
            <w:tcW w:type="dxa" w:w="5103"/>
          </w:tcPr>
          <w:p/>
        </w:tc>
      </w:tr>
    </w:tbl>
    <w:p>
      <w:pPr>
        <w:pStyle w:val="Heading2"/>
        <w:bidi w:val="1"/>
        <w:jc w:val="right"/>
      </w:pPr>
      <w:bookmarkStart w:id="93417" w:name="dchanam"/>
      <w:r>
        <w:rPr>
          <w:rFonts w:ascii="Arial" w:hAnsi="Arial" w:cs="Arial"/>
          <w:b/>
          <w:color w:val="7C3AED"/>
          <w:sz w:val="30"/>
          <w:rtl w:val="1"/>
          <w:bCs/>
          <w:szCs w:val="30"/>
        </w:rPr>
        <w:t>🧩 חנ״מ</w:t>
      </w:r>
      <w:bookmarkEnd w:id="93417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☀️ מָה חַם וּמֵאִיר בַּשָּׁמַיִם בַּיּוֹם?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⛄ שֶׁלֶג  ב. ☀️ שֶׁמֶשׁ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☀️ שֶׁמֶשׁ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🐟 אֵיפֹה חַי הַדָּג?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🌊 בַּמַּיִם  ב. 🌳 עַל עֵץ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🌊 בַּמַּיִם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🌧️ יוֹרֵד גֶּשֶׁם. מָה לוֹקְחִים?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🕶️ מִשְׁקְפֵי שֶׁמֶשׁ  ב. ☂️ מִטְרִיָּה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☂️ מִטְרִיָּה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🐧 הַפִּינְגְּוִין חַי בְּמָקוֹם...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🔥 חַם מְאֹד  ב. ❄️ קַר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❄️ קַר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🌙 מָתַי רוֹאִים אֶת הַיָּרֵחַ וְהַכּוֹכָבִים?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🌙 בַּלַּיְלָה  ב. ☀️ בַּצָּהֳרַיִם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🌙 בַּלַּיְלָה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🐘 מִי גָּדוֹל יוֹתֵר?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🐘 פִּיל  ב. 🐭 עַכְבָּר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🐘 פִּיל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🌱 מָה הַצֶּמַח צָרִיךְ?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🍬 סֻכָּרִיּוֹת  ב. 💧 מַיִם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💧 מַיִם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🌍 אֵיזוֹ צוּרָה יֵשׁ לְכַדּוּר הָאָרֶץ?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🧊 מְרֻבַּעַת, כְּמוֹ קֻבִּיָּה  ב. ⚽ עֲגֻלָּה, כְּמוֹ כַּדּוּר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✂ ✅ ⚽ עֲגֻלָּה, כְּמוֹ כַּדּוּר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🆕 קלפי טריוויה עולמית – ז׳–י״ב, עולים וחנ״מ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🆕 קלפי טריוויה עולמית – ז׳–י״ב, עולים וחנ״מ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