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טריוויה עולמית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🌍 קלפי טריוויה עולמית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57274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5727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🌍 כַּמָּה יַבָּשׁוֹת יֵשׁ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7️⃣ שֶׁבַע  ב. 🔟 עֶשֶׂר  ג. 3️⃣ שָׁלוֹשׁ  ד. 5️⃣ חָמֵשׁ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שֶׁבַע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מִי הַחַיָּה הַכִּי כְּבֵדָה בַּיַּבָּשָׁה?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🦒 גִּ'ירָפָה  ב. 🦁 אַרְיֵה  ג. 🐻 דֹּב  ד. 🐘 פִּיל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☀️ מָה הַכּוֹכָב הַקָּרוֹב בְּיוֹתֵר לְכַדּוּר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🌙 הַיָּרֵחַ  ב. ⭐ כּוֹכַב הַצָּפוֹן  ג. ☀️ הַשֶּׁמֶשׁ  ד. ☁️ עָנָן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☀️ הַשֶּׁמֶשׁ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🐧 אֵיפֹה חַיִּים הַרְבֵּה פִּינְגְּוִינִים?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🏜️ בַּמִּדְבָּר  ב. ❄️ בַּקֶּרַח שֶׁבַּדָּרוֹם  ג. 🌳 בַּיַּעַר  ד. 🏙️ בָּעִיר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❄️ בַּקֶּרַח שֶׁבַּדָּרוֹם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🌈 כַּמָּה צְבָעִים סוֹפְרִים בַּקֶּשֶׁת?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3️⃣ שְׁלוֹשָׁה  ב. 7️⃣ שִׁבְעָה  ג. 🔟 עֲשָׂרָה  ד. 5️⃣ חֲמִשָּׁה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שִׁבְעָה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🐋 מִי הַחַיָּה הַגְּדוֹלָה בְּיוֹתֵר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🦈 כָּרִישׁ  ב. 🐋 לִוְיָתָן כָּחֹל  ג. 🐬 דּוֹלְפִין  ד. 🐙 תְּמָנוּן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🐋 לִוְיָתָן כָּחֹל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🌱 מָה צָרִיךְ צֶמַח כְּדֵי לִגְדֹּל?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🌑 רַק חֹשֶׁךְ  ב. 💧 מַיִם, אוֹר וַאֲוִיר  ג. 🍫 שׁוֹקוֹלָד  ד. 🔊 רַעַשׁ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מַיִם, אוֹר וַאֲוִיר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מִי מַקִּיף אֶת כַּדּוּר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🪐 שַׁבְּתַאי  ב. 🌙 הַיָּרֵחַ  ג. ☄️ שָׁבִיט  ד. ☀️ הַשֶּׁמֶשׁ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הַיָּרֵחַ</w:t>
            </w:r>
          </w:p>
        </w:tc>
      </w:tr>
    </w:tbl>
    <w:p>
      <w:pPr>
        <w:pStyle w:val="Heading2"/>
        <w:bidi w:val="1"/>
        <w:jc w:val="right"/>
      </w:pPr>
      <w:bookmarkStart w:id="39299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3929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🏞️ איזה נהר באפריקה נחשב לארוך בעולם?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נילוס  ב. דנובה  ג. ירדן  ד. תמזה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נילוס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🐆 מי בעל החיים המהיר ביותר ביבשה?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ברדלס  ב. אריה  ג. סוס  ד. צבי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ברדלס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🔴 איזה כוכב לכת נראה אדמדם בגלל אבק עם ברזל חלוד?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שבתאי  ב. מאדים  ג. נוגה  ד. צדק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מאדים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איזו יבשת מכוסה כמעט כולה בקרח?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אוסטרליה  ב. אירופה  ג. אפריקה  ד. אנטארקטיקה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אנטארקטיקה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🦘 באיזו יבשת חיים הקנגורו והקואלה בטבע?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אסיה  ב. אפריקה  ג. אוסטרליה  ד. דרום אמריקה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אוסטרליה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🌋 איך נקרא הר שיכולה להתפרץ ממנו לבה?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הר געש  ב. קרחון  ג. דיונה  ד. שונית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הר געש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🪐 לאיזה כוכב לכת יש הטבעות הבולטות ביותר?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כוכב חמה  ב. כדור הארץ  ג. שבתאי  ד. מאדים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שבתאי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🐪 מה יש בדבשת של הגמל?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שומן  ב. חול  ג. אוויר  ד.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שומן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💧 מה קורה למים כשהם רותחים?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הם נעשים כבדים יותר  ב. הם הופכים לכחולים  ג. הם הופכים לאדים  ד. הם הופכים לקרח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הם הופכים לאדים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🗼 באיזו עיר נמצא מגדל אייפל?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לונדון  ב. רומא  ג. מדריד  ד. פריז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פריז</w:t>
            </w:r>
          </w:p>
        </w:tc>
      </w:tr>
    </w:tbl>
    <w:p>
      <w:pPr>
        <w:pStyle w:val="Heading2"/>
        <w:bidi w:val="1"/>
        <w:jc w:val="right"/>
      </w:pPr>
      <w:bookmarkStart w:id="79954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7995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🏜️ מהו המדבר החם הגדול בעולם?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נגב  ב. סהרה  ג. אטקמה  ד. גובי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סהרה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🏔️ מהו ההר הגבוה ביותר מעל פני הים?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אוורסט  ב. קילימנג׳רו  ג. חרמון  ד. מון בלאן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אוורסט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🌊 מהו האוקיינוס הגדול ביותר?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השקט  ב. הקרח הצפוני  ג. ההודי  ד. האטלנטי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השקט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🕌 באיזו מדינה עומד הטאג׳ מהאל – מבנה שיש לבן ומפואר?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יפן  ב. מרוקו  ג. הודו  ד. מצרים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הודו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🌞 כמה זמן לוקח לכדור הארץ להקיף את השמש פעם אחת?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כשנה  ב. יום אחד  ג. חודש  ד. שבוע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כשנה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🦇 איזה יונק באמת עף בכוח כנפיו?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סנאי מעופף  ב. עטלף  ג. פינגווין  ד. יען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עטלף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🌳 איזה גז משחררים צמחים כשהם מייצרים מזון באור השמש?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הליום  ב. חמצן  ג. עשן  ד. פחמן דו־חמצני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חמצן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🗾 מהי עיר הבירה של יפן?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בייג׳ינג  ב. בנגקוק  ג. סיאול  ד. טוקיו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טוקיו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🧭 לאיזה כיוון מצביעה מחט המצפן?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מזרח  ב. צפון  ג. מערב  ד. דרום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צפון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🐙 כמה לבבות יש לתמנון?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1  ב. 8  ג. 3  ד.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3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🌏 איזו יבשת היא הגדולה ביותר – גם בשטח וגם במספר התושבים?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אירופה  ב. אסיה  ג. אפריקה  ד. צפון אמריקה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אסיה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טריוויה עולמית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טריוויה עולמית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